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9"/>
        <w:gridCol w:w="5119"/>
      </w:tblGrid>
      <w:tr w:rsidR="00690E29" w:rsidRPr="00030C49" w14:paraId="21CFB101" w14:textId="77777777">
        <w:trPr>
          <w:jc w:val="center"/>
        </w:trPr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62C7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sz w:val="24"/>
                <w:szCs w:val="24"/>
              </w:rPr>
              <w:t>GROUP ROOM RESERVATION FORM</w:t>
            </w:r>
          </w:p>
          <w:p w14:paraId="6BC168BF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color w:val="6B7280"/>
                <w:sz w:val="24"/>
                <w:szCs w:val="24"/>
              </w:rPr>
              <w:t>Kantary Hills Hotel, Chiang Mai</w:t>
            </w: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5C59" w14:textId="77777777" w:rsidR="00690E29" w:rsidRPr="00030C49" w:rsidRDefault="00DD430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30C49">
              <w:rPr>
                <w:noProof/>
                <w:sz w:val="24"/>
                <w:szCs w:val="24"/>
              </w:rPr>
              <w:drawing>
                <wp:inline distT="0" distB="0" distL="0" distR="0" wp14:anchorId="03F66915" wp14:editId="1F2A0B85">
                  <wp:extent cx="914400" cy="86497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ntary_logo_crop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6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C631C8" w14:textId="77777777" w:rsidR="00690E29" w:rsidRDefault="00DD4309">
      <w:pPr>
        <w:spacing w:before="40" w:after="100" w:line="240" w:lineRule="auto"/>
        <w:rPr>
          <w:sz w:val="24"/>
          <w:szCs w:val="24"/>
        </w:rPr>
      </w:pPr>
      <w:r w:rsidRPr="00030C49">
        <w:rPr>
          <w:rFonts w:cs="Liberation Sans"/>
          <w:b/>
          <w:color w:val="6B7280"/>
          <w:sz w:val="24"/>
          <w:szCs w:val="24"/>
        </w:rPr>
        <w:t xml:space="preserve">To: </w:t>
      </w:r>
      <w:r w:rsidRPr="00030C49">
        <w:rPr>
          <w:rFonts w:cs="Liberation Sans"/>
          <w:sz w:val="24"/>
          <w:szCs w:val="24"/>
        </w:rPr>
        <w:t>Ms. Pichamon J. (Sales Manager) &amp; Reservations Team</w:t>
      </w:r>
    </w:p>
    <w:p w14:paraId="3D4FE70A" w14:textId="77777777" w:rsidR="00461E4C" w:rsidRPr="00030C49" w:rsidRDefault="00461E4C">
      <w:pPr>
        <w:spacing w:before="40" w:after="100" w:line="240" w:lineRule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9"/>
        <w:gridCol w:w="5119"/>
      </w:tblGrid>
      <w:tr w:rsidR="00690E29" w:rsidRPr="00030C49" w14:paraId="341EB368" w14:textId="77777777">
        <w:trPr>
          <w:jc w:val="center"/>
        </w:trPr>
        <w:tc>
          <w:tcPr>
            <w:tcW w:w="5119" w:type="dxa"/>
            <w:tcBorders>
              <w:top w:val="single" w:sz="4" w:space="0" w:color="285F5A"/>
              <w:left w:val="single" w:sz="4" w:space="0" w:color="285F5A"/>
              <w:bottom w:val="single" w:sz="4" w:space="0" w:color="285F5A"/>
              <w:right w:val="single" w:sz="4" w:space="0" w:color="285F5A"/>
            </w:tcBorders>
            <w:shd w:val="clear" w:color="auto" w:fill="EAF2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084E5" w14:textId="77777777" w:rsidR="00690E29" w:rsidRPr="00030C49" w:rsidRDefault="00DD4309">
            <w:pPr>
              <w:spacing w:after="0"/>
              <w:rPr>
                <w:sz w:val="22"/>
              </w:rPr>
            </w:pPr>
            <w:r w:rsidRPr="00030C49">
              <w:rPr>
                <w:rFonts w:cs="Liberation Sans"/>
                <w:b/>
                <w:color w:val="285F5A"/>
                <w:sz w:val="22"/>
              </w:rPr>
              <w:t>GROUP / REMARK</w:t>
            </w:r>
          </w:p>
        </w:tc>
        <w:tc>
          <w:tcPr>
            <w:tcW w:w="5119" w:type="dxa"/>
            <w:tcBorders>
              <w:top w:val="single" w:sz="4" w:space="0" w:color="285F5A"/>
              <w:left w:val="single" w:sz="4" w:space="0" w:color="285F5A"/>
              <w:bottom w:val="single" w:sz="4" w:space="0" w:color="285F5A"/>
              <w:right w:val="single" w:sz="4" w:space="0" w:color="285F5A"/>
            </w:tcBorders>
            <w:shd w:val="clear" w:color="auto" w:fill="EAF2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72AB7" w14:textId="77777777" w:rsidR="00690E29" w:rsidRPr="00030C49" w:rsidRDefault="00DD4309">
            <w:pPr>
              <w:spacing w:after="0"/>
              <w:rPr>
                <w:sz w:val="22"/>
              </w:rPr>
            </w:pPr>
            <w:r w:rsidRPr="00030C49">
              <w:rPr>
                <w:rFonts w:cs="Liberation Sans"/>
                <w:b/>
                <w:color w:val="1F2933"/>
                <w:sz w:val="22"/>
              </w:rPr>
              <w:t>Group Meeting EAMSA 2026</w:t>
            </w:r>
          </w:p>
        </w:tc>
      </w:tr>
    </w:tbl>
    <w:p w14:paraId="18D55940" w14:textId="77777777" w:rsidR="00690E29" w:rsidRPr="00030C49" w:rsidRDefault="00DD4309">
      <w:pPr>
        <w:spacing w:before="120" w:after="40" w:line="240" w:lineRule="auto"/>
        <w:rPr>
          <w:sz w:val="24"/>
          <w:szCs w:val="24"/>
        </w:rPr>
      </w:pPr>
      <w:r w:rsidRPr="00030C49">
        <w:rPr>
          <w:rFonts w:cs="Liberation Sans"/>
          <w:b/>
          <w:color w:val="285F5A"/>
          <w:sz w:val="24"/>
          <w:szCs w:val="24"/>
        </w:rPr>
        <w:t>Guest &amp; Stay Details</w:t>
      </w:r>
    </w:p>
    <w:tbl>
      <w:tblPr>
        <w:tblW w:w="10240" w:type="dxa"/>
        <w:jc w:val="center"/>
        <w:tblLayout w:type="fixed"/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2C3445" w:rsidRPr="00030C49" w14:paraId="409316E1" w14:textId="77777777" w:rsidTr="002C3445">
        <w:trPr>
          <w:trHeight w:val="470"/>
          <w:jc w:val="center"/>
        </w:trPr>
        <w:tc>
          <w:tcPr>
            <w:tcW w:w="5120" w:type="dxa"/>
            <w:gridSpan w:val="2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D0ED93" w14:textId="3F7D16EA" w:rsidR="002C3445" w:rsidRPr="00030C49" w:rsidRDefault="002C3445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Guest name</w:t>
            </w:r>
            <w:r>
              <w:rPr>
                <w:sz w:val="24"/>
                <w:szCs w:val="24"/>
              </w:rPr>
              <w:t xml:space="preserve">   </w:t>
            </w:r>
            <w:r w:rsidRPr="00173256">
              <w:rPr>
                <w:rFonts w:cs="Liberation Sans"/>
                <w:color w:val="1F2933"/>
                <w:sz w:val="24"/>
                <w:szCs w:val="24"/>
                <w:highlight w:val="yellow"/>
              </w:rPr>
              <w:t>David Albert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36F539" w14:textId="77777777" w:rsidR="002C3445" w:rsidRPr="00030C49" w:rsidRDefault="002C3445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Contact telephone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6A56DD" w14:textId="671833E8" w:rsidR="002C3445" w:rsidRPr="00030C49" w:rsidRDefault="00173256">
            <w:pPr>
              <w:spacing w:after="0" w:line="240" w:lineRule="auto"/>
              <w:rPr>
                <w:sz w:val="24"/>
                <w:szCs w:val="24"/>
              </w:rPr>
            </w:pPr>
            <w:r w:rsidRPr="00173256">
              <w:rPr>
                <w:sz w:val="24"/>
                <w:szCs w:val="24"/>
                <w:highlight w:val="yellow"/>
              </w:rPr>
              <w:t>+123-456-789</w:t>
            </w:r>
          </w:p>
        </w:tc>
      </w:tr>
      <w:tr w:rsidR="00173256" w:rsidRPr="00030C49" w14:paraId="5867A5AC" w14:textId="77777777" w:rsidTr="00421C82">
        <w:trPr>
          <w:trHeight w:val="450"/>
          <w:jc w:val="center"/>
        </w:trPr>
        <w:tc>
          <w:tcPr>
            <w:tcW w:w="10240" w:type="dxa"/>
            <w:gridSpan w:val="4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8D2F98" w14:textId="5E223EAA" w:rsidR="00173256" w:rsidRPr="00030C49" w:rsidRDefault="00173256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Email</w:t>
            </w:r>
            <w:r>
              <w:rPr>
                <w:sz w:val="24"/>
                <w:szCs w:val="24"/>
              </w:rPr>
              <w:t xml:space="preserve">   </w:t>
            </w:r>
            <w:r w:rsidRPr="00461E4C">
              <w:rPr>
                <w:sz w:val="24"/>
                <w:szCs w:val="24"/>
                <w:highlight w:val="yellow"/>
              </w:rPr>
              <w:t>abc@gmail.com</w:t>
            </w:r>
          </w:p>
        </w:tc>
      </w:tr>
      <w:tr w:rsidR="00690E29" w:rsidRPr="00030C49" w14:paraId="42187CDB" w14:textId="77777777" w:rsidTr="002C3445">
        <w:trPr>
          <w:trHeight w:val="458"/>
          <w:jc w:val="center"/>
        </w:trPr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4B8DF4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Arrival date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9194A5" w14:textId="6FA52622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color w:val="1F2933"/>
                <w:sz w:val="24"/>
                <w:szCs w:val="24"/>
                <w:highlight w:val="yellow"/>
              </w:rPr>
              <w:t>1</w:t>
            </w:r>
            <w:r w:rsidR="000D38DA">
              <w:rPr>
                <w:rFonts w:cs="Liberation Sans"/>
                <w:color w:val="1F2933"/>
                <w:sz w:val="24"/>
                <w:szCs w:val="24"/>
                <w:highlight w:val="yellow"/>
              </w:rPr>
              <w:t>0</w:t>
            </w:r>
            <w:r w:rsidRPr="00030C49">
              <w:rPr>
                <w:rFonts w:cs="Liberation Sans"/>
                <w:color w:val="1F2933"/>
                <w:sz w:val="24"/>
                <w:szCs w:val="24"/>
                <w:highlight w:val="yellow"/>
              </w:rPr>
              <w:t xml:space="preserve"> November 2026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0050F6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Departure date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2ED118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color w:val="1F2933"/>
                <w:sz w:val="24"/>
                <w:szCs w:val="24"/>
                <w:highlight w:val="yellow"/>
              </w:rPr>
              <w:t>13 November 2026</w:t>
            </w:r>
          </w:p>
        </w:tc>
      </w:tr>
      <w:tr w:rsidR="00690E29" w:rsidRPr="00030C49" w14:paraId="08472476" w14:textId="77777777" w:rsidTr="002C3445">
        <w:trPr>
          <w:jc w:val="center"/>
        </w:trPr>
        <w:tc>
          <w:tcPr>
            <w:tcW w:w="2560" w:type="dxa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7AB034" w14:textId="77777777" w:rsidR="00690E29" w:rsidRPr="00030C49" w:rsidRDefault="00DD4309">
            <w:pPr>
              <w:spacing w:after="0" w:line="240" w:lineRule="auto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6B7280"/>
                <w:sz w:val="24"/>
                <w:szCs w:val="24"/>
              </w:rPr>
              <w:t>Special request</w:t>
            </w:r>
          </w:p>
        </w:tc>
        <w:tc>
          <w:tcPr>
            <w:tcW w:w="7680" w:type="dxa"/>
            <w:gridSpan w:val="3"/>
            <w:tcBorders>
              <w:top w:val="nil"/>
              <w:left w:val="nil"/>
              <w:bottom w:val="single" w:sz="4" w:space="0" w:color="B8C3C8"/>
              <w:right w:val="nil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C6A224" w14:textId="77777777" w:rsidR="00690E29" w:rsidRPr="00030C49" w:rsidRDefault="00690E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C4E6D21" w14:textId="77777777" w:rsidR="00690E29" w:rsidRPr="00030C49" w:rsidRDefault="00DD4309">
      <w:pPr>
        <w:spacing w:before="120" w:after="40" w:line="240" w:lineRule="auto"/>
        <w:rPr>
          <w:sz w:val="24"/>
          <w:szCs w:val="24"/>
        </w:rPr>
      </w:pPr>
      <w:r w:rsidRPr="00030C49">
        <w:rPr>
          <w:rFonts w:cs="Liberation Sans"/>
          <w:b/>
          <w:color w:val="285F5A"/>
          <w:sz w:val="24"/>
          <w:szCs w:val="24"/>
        </w:rPr>
        <w:t>Room Selection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690E29" w:rsidRPr="00030C49" w14:paraId="7F95FEFA" w14:textId="77777777">
        <w:trPr>
          <w:tblHeader/>
          <w:jc w:val="center"/>
        </w:trPr>
        <w:tc>
          <w:tcPr>
            <w:tcW w:w="2560" w:type="dxa"/>
            <w:shd w:val="clear" w:color="auto" w:fill="285F5A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7BD4F8C" w14:textId="77777777" w:rsidR="00690E29" w:rsidRPr="00030C49" w:rsidRDefault="00DD4309">
            <w:pPr>
              <w:spacing w:after="0"/>
              <w:jc w:val="center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FFFFFF"/>
                <w:sz w:val="24"/>
                <w:szCs w:val="24"/>
              </w:rPr>
              <w:t>Select</w:t>
            </w:r>
          </w:p>
        </w:tc>
        <w:tc>
          <w:tcPr>
            <w:tcW w:w="2560" w:type="dxa"/>
            <w:shd w:val="clear" w:color="auto" w:fill="285F5A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4A18F6B" w14:textId="77777777" w:rsidR="00690E29" w:rsidRPr="00030C49" w:rsidRDefault="00DD4309">
            <w:pPr>
              <w:spacing w:after="0"/>
              <w:jc w:val="center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FFFFFF"/>
                <w:sz w:val="24"/>
                <w:szCs w:val="24"/>
              </w:rPr>
              <w:t>Room type</w:t>
            </w:r>
          </w:p>
        </w:tc>
        <w:tc>
          <w:tcPr>
            <w:tcW w:w="2560" w:type="dxa"/>
            <w:shd w:val="clear" w:color="auto" w:fill="285F5A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507C262" w14:textId="77777777" w:rsidR="00690E29" w:rsidRPr="00030C49" w:rsidRDefault="00DD4309">
            <w:pPr>
              <w:spacing w:after="0"/>
              <w:jc w:val="center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FFFFFF"/>
                <w:sz w:val="24"/>
                <w:szCs w:val="24"/>
              </w:rPr>
              <w:t>Occupancy</w:t>
            </w:r>
          </w:p>
        </w:tc>
        <w:tc>
          <w:tcPr>
            <w:tcW w:w="2560" w:type="dxa"/>
            <w:shd w:val="clear" w:color="auto" w:fill="285F5A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5B8DA27" w14:textId="77777777" w:rsidR="00690E29" w:rsidRPr="00030C49" w:rsidRDefault="00DD4309">
            <w:pPr>
              <w:spacing w:after="0"/>
              <w:jc w:val="center"/>
              <w:rPr>
                <w:sz w:val="24"/>
                <w:szCs w:val="24"/>
              </w:rPr>
            </w:pPr>
            <w:r w:rsidRPr="00030C49">
              <w:rPr>
                <w:rFonts w:cs="Liberation Sans"/>
                <w:b/>
                <w:color w:val="FFFFFF"/>
                <w:sz w:val="24"/>
                <w:szCs w:val="24"/>
              </w:rPr>
              <w:t>Rate (net/night)</w:t>
            </w:r>
          </w:p>
        </w:tc>
      </w:tr>
      <w:tr w:rsidR="00690E29" w:rsidRPr="00030C49" w14:paraId="60543994" w14:textId="77777777">
        <w:trPr>
          <w:jc w:val="center"/>
        </w:trPr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3863C3D8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☐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665CF53B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1F2933"/>
                <w:sz w:val="20"/>
                <w:szCs w:val="20"/>
              </w:rPr>
              <w:t>Studio room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1738C861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Single / Twin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786BF2F3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THB 2,700</w:t>
            </w:r>
          </w:p>
        </w:tc>
      </w:tr>
      <w:tr w:rsidR="00690E29" w:rsidRPr="00030C49" w14:paraId="18AAAB77" w14:textId="77777777">
        <w:trPr>
          <w:jc w:val="center"/>
        </w:trPr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1A31D2C9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☐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047031B4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1F2933"/>
                <w:sz w:val="20"/>
                <w:szCs w:val="20"/>
              </w:rPr>
              <w:t>One-bedroom suite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5F2F8135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Single / Twin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3C7CBEA6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THB 3,500</w:t>
            </w:r>
          </w:p>
        </w:tc>
      </w:tr>
      <w:tr w:rsidR="00690E29" w:rsidRPr="00030C49" w14:paraId="0870E116" w14:textId="77777777">
        <w:trPr>
          <w:jc w:val="center"/>
        </w:trPr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6680C0CE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☐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74719119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1F2933"/>
                <w:sz w:val="20"/>
                <w:szCs w:val="20"/>
              </w:rPr>
              <w:t>Extra bed + breakfast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43D86C5C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Per bed</w:t>
            </w:r>
          </w:p>
        </w:tc>
        <w:tc>
          <w:tcPr>
            <w:tcW w:w="2560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75" w:type="dxa"/>
              <w:left w:w="70" w:type="dxa"/>
              <w:bottom w:w="75" w:type="dxa"/>
              <w:right w:w="70" w:type="dxa"/>
            </w:tcMar>
          </w:tcPr>
          <w:p w14:paraId="60C1DE0F" w14:textId="77777777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THB 700</w:t>
            </w:r>
          </w:p>
        </w:tc>
      </w:tr>
    </w:tbl>
    <w:p w14:paraId="6D77B13A" w14:textId="2B1F3ADD" w:rsidR="00690E29" w:rsidRPr="00030C49" w:rsidRDefault="00030C49">
      <w:pPr>
        <w:spacing w:before="40" w:after="100" w:line="240" w:lineRule="auto"/>
        <w:jc w:val="center"/>
        <w:rPr>
          <w:sz w:val="20"/>
          <w:szCs w:val="20"/>
        </w:rPr>
      </w:pPr>
      <w:r w:rsidRPr="00030C49">
        <w:rPr>
          <w:rFonts w:cs="Liberation Sans"/>
          <w:i/>
          <w:sz w:val="20"/>
          <w:szCs w:val="20"/>
        </w:rPr>
        <w:t>**The above</w:t>
      </w:r>
      <w:r w:rsidR="00DD4309" w:rsidRPr="00030C49">
        <w:rPr>
          <w:rFonts w:cs="Liberation Sans"/>
          <w:i/>
          <w:sz w:val="20"/>
          <w:szCs w:val="20"/>
        </w:rPr>
        <w:t xml:space="preserve"> rate include</w:t>
      </w:r>
      <w:r w:rsidRPr="00030C49">
        <w:rPr>
          <w:rFonts w:cs="Liberation Sans"/>
          <w:i/>
          <w:sz w:val="20"/>
          <w:szCs w:val="20"/>
        </w:rPr>
        <w:t>d</w:t>
      </w:r>
      <w:r w:rsidR="00DD4309" w:rsidRPr="00030C49">
        <w:rPr>
          <w:rFonts w:cs="Liberation Sans"/>
          <w:i/>
          <w:sz w:val="20"/>
          <w:szCs w:val="20"/>
        </w:rPr>
        <w:t xml:space="preserve"> daily American breakfast</w:t>
      </w:r>
      <w:r w:rsidRPr="00030C49">
        <w:rPr>
          <w:rFonts w:cs="Liberation Sans"/>
          <w:i/>
          <w:sz w:val="20"/>
          <w:szCs w:val="20"/>
        </w:rPr>
        <w:t>**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29"/>
      </w:tblGrid>
      <w:tr w:rsidR="00690E29" w:rsidRPr="00030C49" w14:paraId="0742137F" w14:textId="77777777">
        <w:tc>
          <w:tcPr>
            <w:tcW w:w="10239" w:type="dxa"/>
            <w:tcBorders>
              <w:top w:val="single" w:sz="4" w:space="0" w:color="F3C64E"/>
              <w:left w:val="single" w:sz="4" w:space="0" w:color="F3C64E"/>
              <w:bottom w:val="single" w:sz="4" w:space="0" w:color="F3C64E"/>
              <w:right w:val="single" w:sz="4" w:space="0" w:color="F3C64E"/>
            </w:tcBorders>
            <w:shd w:val="clear" w:color="auto" w:fill="FFF5CC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BD7E557" w14:textId="77777777" w:rsidR="00030C49" w:rsidRDefault="00DD4309">
            <w:pPr>
              <w:spacing w:after="0"/>
              <w:jc w:val="center"/>
              <w:rPr>
                <w:rFonts w:cs="Liberation Sans"/>
                <w:color w:val="1F2933"/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B42318"/>
                <w:sz w:val="20"/>
                <w:szCs w:val="20"/>
              </w:rPr>
              <w:t>BOOKING DEADLINE: 20 OCTOBER 2026</w:t>
            </w:r>
            <w:r w:rsidRPr="00030C49">
              <w:rPr>
                <w:rFonts w:cs="Liberation Sans"/>
                <w:color w:val="1F2933"/>
                <w:sz w:val="20"/>
                <w:szCs w:val="20"/>
              </w:rPr>
              <w:t xml:space="preserve">  </w:t>
            </w:r>
          </w:p>
          <w:p w14:paraId="23D6ECAB" w14:textId="79018F00" w:rsidR="00690E29" w:rsidRPr="00030C49" w:rsidRDefault="00DD4309">
            <w:pPr>
              <w:spacing w:after="0"/>
              <w:jc w:val="center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-  Please confirm your room reservation by this date to receive the special group rate.</w:t>
            </w:r>
          </w:p>
        </w:tc>
      </w:tr>
    </w:tbl>
    <w:p w14:paraId="0CF2AB88" w14:textId="77777777" w:rsidR="00690E29" w:rsidRPr="00030C49" w:rsidRDefault="00DD4309" w:rsidP="00030C49">
      <w:pPr>
        <w:spacing w:before="120" w:after="40" w:line="360" w:lineRule="auto"/>
        <w:rPr>
          <w:sz w:val="24"/>
          <w:szCs w:val="24"/>
        </w:rPr>
      </w:pPr>
      <w:r w:rsidRPr="00030C49">
        <w:rPr>
          <w:rFonts w:cs="Liberation Sans"/>
          <w:b/>
          <w:color w:val="285F5A"/>
          <w:sz w:val="24"/>
          <w:szCs w:val="24"/>
        </w:rPr>
        <w:t>Payment &amp; Reservation</w:t>
      </w:r>
    </w:p>
    <w:p w14:paraId="54AB4351" w14:textId="77777777" w:rsidR="00690E29" w:rsidRPr="00030C49" w:rsidRDefault="00DD4309" w:rsidP="00030C49">
      <w:pPr>
        <w:spacing w:after="40" w:line="360" w:lineRule="auto"/>
        <w:rPr>
          <w:sz w:val="24"/>
          <w:szCs w:val="24"/>
        </w:rPr>
      </w:pPr>
      <w:r w:rsidRPr="00030C49">
        <w:rPr>
          <w:rFonts w:cs="Liberation Sans"/>
          <w:b/>
          <w:color w:val="1F2933"/>
          <w:sz w:val="24"/>
          <w:szCs w:val="24"/>
        </w:rPr>
        <w:t xml:space="preserve">Payment: </w:t>
      </w:r>
      <w:r w:rsidRPr="00030C49">
        <w:rPr>
          <w:rFonts w:cs="Liberation Sans"/>
          <w:color w:val="1F2933"/>
          <w:sz w:val="24"/>
          <w:szCs w:val="24"/>
        </w:rPr>
        <w:t>Pre-payment in Thai Baht only.</w:t>
      </w:r>
    </w:p>
    <w:p w14:paraId="49425C22" w14:textId="6C499BE2" w:rsidR="00690E29" w:rsidRPr="00030C49" w:rsidRDefault="00DD4309" w:rsidP="00030C49">
      <w:pPr>
        <w:spacing w:after="60" w:line="360" w:lineRule="auto"/>
        <w:rPr>
          <w:sz w:val="24"/>
          <w:szCs w:val="24"/>
        </w:rPr>
      </w:pPr>
      <w:r w:rsidRPr="00030C49">
        <w:rPr>
          <w:rFonts w:cs="Liberation Sans"/>
          <w:b/>
          <w:color w:val="1F2933"/>
          <w:sz w:val="24"/>
          <w:szCs w:val="24"/>
        </w:rPr>
        <w:t xml:space="preserve">To reserve: </w:t>
      </w:r>
      <w:r w:rsidRPr="00030C49">
        <w:rPr>
          <w:rFonts w:cs="Liberation Sans"/>
          <w:color w:val="1F2933"/>
          <w:sz w:val="24"/>
          <w:szCs w:val="24"/>
        </w:rPr>
        <w:t xml:space="preserve">Contact the Reservations Department via LINE ID </w:t>
      </w:r>
      <w:r w:rsidRPr="00030C49">
        <w:rPr>
          <w:rFonts w:cs="Liberation Sans"/>
          <w:b/>
          <w:color w:val="285F5A"/>
          <w:sz w:val="24"/>
          <w:szCs w:val="24"/>
        </w:rPr>
        <w:t>@kantarychiangmai</w:t>
      </w:r>
      <w:r w:rsidR="00030C49">
        <w:rPr>
          <w:rFonts w:cs="Liberation Sans"/>
          <w:b/>
          <w:color w:val="285F5A"/>
          <w:sz w:val="24"/>
          <w:szCs w:val="24"/>
        </w:rPr>
        <w:t xml:space="preserve"> </w:t>
      </w:r>
      <w:r w:rsidR="00030C49" w:rsidRPr="00030C49">
        <w:rPr>
          <w:rFonts w:cs="Liberation Sans"/>
          <w:bCs/>
          <w:sz w:val="24"/>
          <w:szCs w:val="24"/>
        </w:rPr>
        <w:t xml:space="preserve">or Email: </w:t>
      </w:r>
      <w:r w:rsidR="00030C49" w:rsidRPr="00030C49">
        <w:rPr>
          <w:rFonts w:cs="Liberation Sans"/>
          <w:b/>
          <w:color w:val="285F5A"/>
          <w:sz w:val="24"/>
          <w:szCs w:val="24"/>
        </w:rPr>
        <w:t>reservations@kantaryhills-chiangmai.com</w:t>
      </w:r>
      <w:r w:rsidR="00030C49" w:rsidRPr="00030C49">
        <w:rPr>
          <w:rFonts w:cs="Liberation Sans"/>
          <w:color w:val="1F2933"/>
          <w:sz w:val="24"/>
          <w:szCs w:val="24"/>
        </w:rPr>
        <w:t>.</w:t>
      </w:r>
      <w:r w:rsidRPr="00030C49">
        <w:rPr>
          <w:rFonts w:cs="Liberation Sans"/>
          <w:color w:val="1F2933"/>
          <w:sz w:val="24"/>
          <w:szCs w:val="24"/>
        </w:rPr>
        <w:t xml:space="preserve"> The hotel will send a payment link.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9"/>
        <w:gridCol w:w="5119"/>
      </w:tblGrid>
      <w:tr w:rsidR="00690E29" w:rsidRPr="00030C49" w14:paraId="40BC58C9" w14:textId="77777777" w:rsidTr="00030C49">
        <w:trPr>
          <w:trHeight w:val="400"/>
          <w:jc w:val="center"/>
        </w:trPr>
        <w:tc>
          <w:tcPr>
            <w:tcW w:w="10238" w:type="dxa"/>
            <w:gridSpan w:val="2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shd w:val="clear" w:color="auto" w:fill="DDEBE8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558CD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285F5A"/>
                <w:sz w:val="20"/>
                <w:szCs w:val="20"/>
              </w:rPr>
              <w:t>HOTEL BANK ACCOUNT</w:t>
            </w:r>
          </w:p>
        </w:tc>
      </w:tr>
      <w:tr w:rsidR="00690E29" w:rsidRPr="00030C49" w14:paraId="21CF5923" w14:textId="77777777" w:rsidTr="00030C49">
        <w:trPr>
          <w:trHeight w:val="322"/>
          <w:jc w:val="center"/>
        </w:trPr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6E639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6B7280"/>
                <w:sz w:val="20"/>
                <w:szCs w:val="20"/>
              </w:rPr>
              <w:t>Account name</w:t>
            </w:r>
          </w:p>
        </w:tc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ACBF5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Kasemkij Co., Ltd. (Kantary Hills Hotel Chiang Mai)</w:t>
            </w:r>
          </w:p>
        </w:tc>
      </w:tr>
      <w:tr w:rsidR="00690E29" w:rsidRPr="00030C49" w14:paraId="7D9963F5" w14:textId="77777777" w:rsidTr="00030C49">
        <w:trPr>
          <w:trHeight w:val="328"/>
          <w:jc w:val="center"/>
        </w:trPr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9B531B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6B7280"/>
                <w:sz w:val="20"/>
                <w:szCs w:val="20"/>
              </w:rPr>
              <w:t>Bank name</w:t>
            </w:r>
          </w:p>
        </w:tc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FFFE9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SCB (Nimmanhaemin Branch)</w:t>
            </w:r>
          </w:p>
        </w:tc>
      </w:tr>
      <w:tr w:rsidR="00690E29" w:rsidRPr="00030C49" w14:paraId="2339475E" w14:textId="77777777">
        <w:trPr>
          <w:jc w:val="center"/>
        </w:trPr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CB7CD" w14:textId="6EE7E04A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6B7280"/>
                <w:sz w:val="20"/>
                <w:szCs w:val="20"/>
              </w:rPr>
              <w:t xml:space="preserve">Account </w:t>
            </w:r>
            <w:r w:rsidR="00030C49">
              <w:rPr>
                <w:rFonts w:cs="Liberation Sans"/>
                <w:b/>
                <w:color w:val="6B7280"/>
                <w:sz w:val="20"/>
                <w:szCs w:val="20"/>
              </w:rPr>
              <w:t>Number</w:t>
            </w:r>
          </w:p>
        </w:tc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3E873" w14:textId="08E368EE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839-3-00152-7</w:t>
            </w:r>
          </w:p>
        </w:tc>
      </w:tr>
      <w:tr w:rsidR="00690E29" w:rsidRPr="00030C49" w14:paraId="3458F1A5" w14:textId="77777777">
        <w:trPr>
          <w:jc w:val="center"/>
        </w:trPr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7399FB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b/>
                <w:color w:val="6B7280"/>
                <w:sz w:val="20"/>
                <w:szCs w:val="20"/>
              </w:rPr>
              <w:t>SWIFT code</w:t>
            </w:r>
          </w:p>
        </w:tc>
        <w:tc>
          <w:tcPr>
            <w:tcW w:w="5119" w:type="dxa"/>
            <w:tcBorders>
              <w:top w:val="single" w:sz="3" w:space="0" w:color="B8C3C8"/>
              <w:left w:val="single" w:sz="3" w:space="0" w:color="B8C3C8"/>
              <w:bottom w:val="single" w:sz="3" w:space="0" w:color="B8C3C8"/>
              <w:right w:val="single" w:sz="3" w:space="0" w:color="B8C3C8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7168D" w14:textId="77777777" w:rsidR="00690E29" w:rsidRPr="00030C49" w:rsidRDefault="00DD4309">
            <w:pPr>
              <w:spacing w:after="0"/>
              <w:rPr>
                <w:sz w:val="20"/>
                <w:szCs w:val="20"/>
              </w:rPr>
            </w:pPr>
            <w:r w:rsidRPr="00030C49">
              <w:rPr>
                <w:rFonts w:cs="Liberation Sans"/>
                <w:color w:val="1F2933"/>
                <w:sz w:val="20"/>
                <w:szCs w:val="20"/>
              </w:rPr>
              <w:t>SICOTHBK</w:t>
            </w:r>
          </w:p>
        </w:tc>
      </w:tr>
    </w:tbl>
    <w:p w14:paraId="533B1949" w14:textId="77777777" w:rsidR="00690E29" w:rsidRPr="00030C49" w:rsidRDefault="00DD4309" w:rsidP="00030C49">
      <w:pPr>
        <w:spacing w:before="60" w:after="20" w:line="360" w:lineRule="auto"/>
        <w:rPr>
          <w:sz w:val="24"/>
          <w:szCs w:val="24"/>
        </w:rPr>
      </w:pPr>
      <w:r w:rsidRPr="00030C49">
        <w:rPr>
          <w:rFonts w:cs="Liberation Sans"/>
          <w:b/>
          <w:color w:val="1F2933"/>
          <w:sz w:val="24"/>
          <w:szCs w:val="24"/>
        </w:rPr>
        <w:t xml:space="preserve">Bank transfer: </w:t>
      </w:r>
      <w:r w:rsidRPr="00030C49">
        <w:rPr>
          <w:rFonts w:cs="Liberation Sans"/>
          <w:color w:val="1F2933"/>
          <w:sz w:val="24"/>
          <w:szCs w:val="24"/>
        </w:rPr>
        <w:t xml:space="preserve">Please email the payment slip and completed reservation form to </w:t>
      </w:r>
      <w:r w:rsidRPr="00030C49">
        <w:rPr>
          <w:rFonts w:cs="Liberation Sans"/>
          <w:b/>
          <w:color w:val="285F5A"/>
          <w:sz w:val="24"/>
          <w:szCs w:val="24"/>
        </w:rPr>
        <w:t>reservations@kantaryhills-chiangmai.com</w:t>
      </w:r>
      <w:r w:rsidRPr="00030C49">
        <w:rPr>
          <w:rFonts w:cs="Liberation Sans"/>
          <w:color w:val="1F2933"/>
          <w:sz w:val="24"/>
          <w:szCs w:val="24"/>
        </w:rPr>
        <w:t>.</w:t>
      </w:r>
    </w:p>
    <w:p w14:paraId="1D45F743" w14:textId="77777777" w:rsidR="00690E29" w:rsidRPr="00030C49" w:rsidRDefault="00DD4309" w:rsidP="00030C49">
      <w:pPr>
        <w:pBdr>
          <w:top w:val="single" w:sz="6" w:space="4" w:color="285F5A"/>
        </w:pBdr>
        <w:spacing w:before="100" w:after="0" w:line="360" w:lineRule="auto"/>
        <w:rPr>
          <w:sz w:val="24"/>
          <w:szCs w:val="24"/>
        </w:rPr>
      </w:pPr>
      <w:r w:rsidRPr="00030C49">
        <w:rPr>
          <w:rFonts w:cs="Liberation Sans"/>
          <w:b/>
          <w:color w:val="285F5A"/>
          <w:sz w:val="24"/>
          <w:szCs w:val="24"/>
        </w:rPr>
        <w:t>Kantary Hills Hotel Chiang Mai</w:t>
      </w:r>
    </w:p>
    <w:p w14:paraId="202B94D7" w14:textId="77777777" w:rsidR="00690E29" w:rsidRPr="00030C49" w:rsidRDefault="00DD4309" w:rsidP="00030C49">
      <w:pPr>
        <w:spacing w:before="20" w:after="0" w:line="360" w:lineRule="auto"/>
        <w:rPr>
          <w:sz w:val="24"/>
          <w:szCs w:val="24"/>
        </w:rPr>
      </w:pPr>
      <w:r w:rsidRPr="00030C49">
        <w:rPr>
          <w:rFonts w:cs="Liberation Sans"/>
          <w:color w:val="6B7280"/>
          <w:sz w:val="24"/>
          <w:szCs w:val="24"/>
        </w:rPr>
        <w:t xml:space="preserve">44 Nimmanhaemin Rd., Suthep, Muang, Chiang Mai 50200, </w:t>
      </w:r>
      <w:proofErr w:type="gramStart"/>
      <w:r w:rsidRPr="00030C49">
        <w:rPr>
          <w:rFonts w:cs="Liberation Sans"/>
          <w:color w:val="6B7280"/>
          <w:sz w:val="24"/>
          <w:szCs w:val="24"/>
        </w:rPr>
        <w:t>Thailand  |</w:t>
      </w:r>
      <w:proofErr w:type="gramEnd"/>
      <w:r w:rsidRPr="00030C49">
        <w:rPr>
          <w:rFonts w:cs="Liberation Sans"/>
          <w:color w:val="6B7280"/>
          <w:sz w:val="24"/>
          <w:szCs w:val="24"/>
        </w:rPr>
        <w:t xml:space="preserve">  Tel: 0-5322-2111  |  Fax: 053-223-244</w:t>
      </w:r>
    </w:p>
    <w:p w14:paraId="42F9CB3B" w14:textId="77777777" w:rsidR="00690E29" w:rsidRPr="00030C49" w:rsidRDefault="00DD4309" w:rsidP="00030C49">
      <w:pPr>
        <w:spacing w:after="0" w:line="360" w:lineRule="auto"/>
        <w:rPr>
          <w:rFonts w:hint="cs"/>
          <w:sz w:val="24"/>
          <w:szCs w:val="24"/>
          <w:cs/>
          <w:lang w:bidi="th-TH"/>
        </w:rPr>
      </w:pPr>
      <w:r w:rsidRPr="00030C49">
        <w:rPr>
          <w:rFonts w:cs="Liberation Sans"/>
          <w:color w:val="6B7280"/>
          <w:sz w:val="24"/>
          <w:szCs w:val="24"/>
        </w:rPr>
        <w:t xml:space="preserve">Email: </w:t>
      </w:r>
      <w:proofErr w:type="gramStart"/>
      <w:r w:rsidRPr="00030C49">
        <w:rPr>
          <w:rFonts w:cs="Liberation Sans"/>
          <w:color w:val="6B7280"/>
          <w:sz w:val="24"/>
          <w:szCs w:val="24"/>
        </w:rPr>
        <w:t>reservations@kantaryhills-chiangmai.com  |</w:t>
      </w:r>
      <w:proofErr w:type="gramEnd"/>
      <w:r w:rsidRPr="00030C49">
        <w:rPr>
          <w:rFonts w:cs="Liberation Sans"/>
          <w:color w:val="6B7280"/>
          <w:sz w:val="24"/>
          <w:szCs w:val="24"/>
        </w:rPr>
        <w:t xml:space="preserve">  sales@kantaryhills-chiangmai.com</w:t>
      </w:r>
    </w:p>
    <w:sectPr w:rsidR="00690E29" w:rsidRPr="00030C49" w:rsidSect="00034616">
      <w:pgSz w:w="11909" w:h="16834"/>
      <w:pgMar w:top="648" w:right="835" w:bottom="648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408860">
    <w:abstractNumId w:val="8"/>
  </w:num>
  <w:num w:numId="2" w16cid:durableId="1236938092">
    <w:abstractNumId w:val="6"/>
  </w:num>
  <w:num w:numId="3" w16cid:durableId="750662650">
    <w:abstractNumId w:val="5"/>
  </w:num>
  <w:num w:numId="4" w16cid:durableId="1235238220">
    <w:abstractNumId w:val="4"/>
  </w:num>
  <w:num w:numId="5" w16cid:durableId="50883762">
    <w:abstractNumId w:val="7"/>
  </w:num>
  <w:num w:numId="6" w16cid:durableId="824779769">
    <w:abstractNumId w:val="3"/>
  </w:num>
  <w:num w:numId="7" w16cid:durableId="456333749">
    <w:abstractNumId w:val="2"/>
  </w:num>
  <w:num w:numId="8" w16cid:durableId="1323386522">
    <w:abstractNumId w:val="1"/>
  </w:num>
  <w:num w:numId="9" w16cid:durableId="178075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C49"/>
    <w:rsid w:val="00034616"/>
    <w:rsid w:val="0006063C"/>
    <w:rsid w:val="000D38DA"/>
    <w:rsid w:val="0015074B"/>
    <w:rsid w:val="00173256"/>
    <w:rsid w:val="0029639D"/>
    <w:rsid w:val="002C3445"/>
    <w:rsid w:val="00326F90"/>
    <w:rsid w:val="00461E4C"/>
    <w:rsid w:val="00690E29"/>
    <w:rsid w:val="008E09A6"/>
    <w:rsid w:val="00AA1D8D"/>
    <w:rsid w:val="00B47730"/>
    <w:rsid w:val="00CB0664"/>
    <w:rsid w:val="00D867B7"/>
    <w:rsid w:val="00DD43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80981"/>
  <w14:defaultImageDpi w14:val="300"/>
  <w15:docId w15:val="{3EDD9CA6-FCB1-4DC5-AF02-8302A5B9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iberation Sans" w:eastAsia="Liberation Sans" w:hAnsi="Liberation San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1257</Characters>
  <Application>Microsoft Office Word</Application>
  <DocSecurity>0</DocSecurity>
  <Lines>52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EAMSA 2026 - Kantary Hills Group Room Reservation Form</dc:title>
  <dc:subject>Group room reservation form for EAMSA 2026</dc:subject>
  <dc:creator>EAMSA 2026</dc:creator>
  <cp:keywords/>
  <dc:description>generated by python-docx</dc:description>
  <cp:lastModifiedBy>NIYATA KAWEWONG</cp:lastModifiedBy>
  <cp:revision>9</cp:revision>
  <dcterms:created xsi:type="dcterms:W3CDTF">2026-08-19T12:11:00Z</dcterms:created>
  <dcterms:modified xsi:type="dcterms:W3CDTF">2026-08-19T12:13:00Z</dcterms:modified>
  <cp:category/>
</cp:coreProperties>
</file>